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sz w:val="32"/>
        </w:rPr>
        <w:t>Формулы из ИИ → Word: проверка промпта</w:t>
      </w:r>
    </w:p>
    <w:p>
      <w:pPr>
        <w:spacing w:after="120"/>
      </w:pPr>
      <w:r>
        <w:rPr>
          <w:b/>
          <w:color w:val="C00000"/>
          <w:sz w:val="24"/>
        </w:rPr>
        <w:t>1. ТАК выглядит ответ ИИ БЕЗ промпта (обычный текст, шрифт Calibri):</w:t>
      </w:r>
    </w:p>
    <w:p>
      <w:pPr>
        <w:spacing w:after="120"/>
      </w:pPr>
      <w:r>
        <w:rPr>
          <w:rFonts w:ascii="Calibri" w:hAnsi="Calibri"/>
          <w:b w:val="0"/>
          <w:sz w:val="26"/>
        </w:rPr>
        <w:t>y = x^2 - 5*x + 6</w:t>
      </w:r>
    </w:p>
    <w:p>
      <w:pPr>
        <w:spacing w:after="120"/>
      </w:pPr>
      <w:r>
        <w:rPr>
          <w:rFonts w:ascii="Calibri" w:hAnsi="Calibri"/>
          <w:b w:val="0"/>
          <w:sz w:val="26"/>
        </w:rPr>
        <w:t>x = (-b + sqrt(b^2 - 4ac)) / (2a)</w:t>
      </w:r>
    </w:p>
    <w:p>
      <w:pPr>
        <w:spacing w:after="120"/>
      </w:pPr>
      <w:r>
        <w:rPr>
          <w:rFonts w:ascii="Calibri" w:hAnsi="Calibri"/>
          <w:b w:val="0"/>
          <w:sz w:val="26"/>
        </w:rPr>
        <w:t>sin x + cos x = 1</w:t>
      </w:r>
    </w:p>
    <w:p>
      <w:pPr>
        <w:spacing w:after="120"/>
      </w:pPr>
      <w:r>
        <w:rPr>
          <w:rFonts w:ascii="Calibri" w:hAnsi="Calibri"/>
          <w:b w:val="0"/>
          <w:sz w:val="26"/>
        </w:rPr>
        <w:t>f(x) = ax_1 + b</w:t>
      </w:r>
    </w:p>
    <w:p>
      <w:pPr>
        <w:spacing w:after="120"/>
      </w:pPr>
      <w:r>
        <w:rPr>
          <w:b/>
          <w:color w:val="006100"/>
          <w:sz w:val="24"/>
        </w:rPr>
        <w:t>2. ТАК будет С промптом (Calibri, шрифт по умолчанию — буквы 𝑥 подставляет Word):</w:t>
      </w:r>
    </w:p>
    <w:p>
      <w:pPr>
        <w:spacing w:after="120"/>
      </w:pPr>
      <w:r>
        <w:rPr>
          <w:rFonts w:ascii="Calibri" w:hAnsi="Calibri"/>
          <w:b w:val="0"/>
          <w:sz w:val="26"/>
        </w:rPr>
        <w:t>𝑥² − 5𝑥 + 6 = 0</w:t>
      </w:r>
    </w:p>
    <w:p>
      <w:pPr>
        <w:spacing w:after="120"/>
      </w:pPr>
      <w:r>
        <w:rPr>
          <w:rFonts w:ascii="Calibri" w:hAnsi="Calibri"/>
          <w:b w:val="0"/>
          <w:sz w:val="26"/>
        </w:rPr>
        <w:t>𝑥 = (−𝑏 ± √(𝑏² − 4𝑎𝑐)) / (2𝑎)</w:t>
      </w:r>
    </w:p>
    <w:p>
      <w:pPr>
        <w:spacing w:after="120"/>
      </w:pPr>
      <w:r>
        <w:rPr>
          <w:rFonts w:ascii="Calibri" w:hAnsi="Calibri"/>
          <w:b w:val="0"/>
          <w:sz w:val="26"/>
        </w:rPr>
        <w:t>sin 𝑥 + cos 𝑥 = 1</w:t>
      </w:r>
    </w:p>
    <w:p>
      <w:pPr>
        <w:spacing w:after="120"/>
      </w:pPr>
      <w:r>
        <w:rPr>
          <w:rFonts w:ascii="Calibri" w:hAnsi="Calibri"/>
          <w:b w:val="0"/>
          <w:sz w:val="26"/>
        </w:rPr>
        <w:t>𝑓(𝑥) = 3𝑥² − 2𝑥 + 7</w:t>
      </w:r>
    </w:p>
    <w:p>
      <w:pPr>
        <w:spacing w:after="120"/>
      </w:pPr>
      <w:r>
        <w:rPr>
          <w:rFonts w:ascii="Calibri" w:hAnsi="Calibri"/>
          <w:b w:val="0"/>
          <w:sz w:val="26"/>
        </w:rPr>
        <w:t>𝑥₁ + 𝑥₂ = −𝑏 / 𝑎</w:t>
      </w:r>
    </w:p>
    <w:p>
      <w:pPr>
        <w:spacing w:after="120"/>
      </w:pPr>
      <w:r>
        <w:rPr>
          <w:rFonts w:ascii="Calibri" w:hAnsi="Calibri"/>
          <w:b w:val="0"/>
          <w:sz w:val="26"/>
        </w:rPr>
        <w:t>𝑆 = π𝑟² · (α / 2)</w:t>
      </w:r>
    </w:p>
    <w:p>
      <w:pPr>
        <w:spacing w:after="120"/>
      </w:pPr>
      <w:r>
        <w:rPr>
          <w:b/>
          <w:color w:val="006100"/>
          <w:sz w:val="24"/>
        </w:rPr>
        <w:t>3. ТО ЖЕ, но шрифт Cambria (если в п.2 буквы выглядят неаккуратно — выдели формулу и поставь Cambria):</w:t>
      </w:r>
    </w:p>
    <w:p>
      <w:pPr>
        <w:spacing w:after="120"/>
      </w:pPr>
      <w:r>
        <w:rPr>
          <w:rFonts w:ascii="Cambria" w:hAnsi="Cambria"/>
          <w:b w:val="0"/>
          <w:sz w:val="26"/>
        </w:rPr>
        <w:t>𝑥² − 5𝑥 + 6 = 0</w:t>
      </w:r>
    </w:p>
    <w:p>
      <w:pPr>
        <w:spacing w:after="120"/>
      </w:pPr>
      <w:r>
        <w:rPr>
          <w:rFonts w:ascii="Cambria" w:hAnsi="Cambria"/>
          <w:b w:val="0"/>
          <w:sz w:val="26"/>
        </w:rPr>
        <w:t>𝑥 = (−𝑏 ± √(𝑏² − 4𝑎𝑐)) / (2𝑎)</w:t>
      </w:r>
    </w:p>
    <w:p>
      <w:pPr>
        <w:spacing w:after="120"/>
      </w:pPr>
      <w:r>
        <w:rPr>
          <w:rFonts w:ascii="Cambria" w:hAnsi="Cambria"/>
          <w:b w:val="0"/>
          <w:sz w:val="26"/>
        </w:rPr>
        <w:t>sin 𝑥 + cos 𝑥 = 1</w:t>
      </w:r>
    </w:p>
    <w:p>
      <w:pPr>
        <w:spacing w:after="120"/>
      </w:pPr>
      <w:r>
        <w:rPr>
          <w:rFonts w:ascii="Cambria" w:hAnsi="Cambria"/>
          <w:b w:val="0"/>
          <w:sz w:val="26"/>
        </w:rPr>
        <w:t>𝑓(𝑥) = 3𝑥² − 2𝑥 + 7</w:t>
      </w:r>
    </w:p>
    <w:p>
      <w:pPr>
        <w:spacing w:after="120"/>
      </w:pPr>
      <w:r>
        <w:rPr>
          <w:rFonts w:ascii="Cambria" w:hAnsi="Cambria"/>
          <w:b w:val="0"/>
          <w:sz w:val="26"/>
        </w:rPr>
        <w:t>𝑥₁ + 𝑥₂ = −𝑏 / 𝑎</w:t>
      </w:r>
    </w:p>
    <w:p>
      <w:pPr>
        <w:spacing w:after="120"/>
      </w:pPr>
      <w:r>
        <w:rPr>
          <w:rFonts w:ascii="Cambria" w:hAnsi="Cambria"/>
          <w:b w:val="0"/>
          <w:sz w:val="26"/>
        </w:rPr>
        <w:t>𝑆 = π𝑟² · (α / 2)</w:t>
      </w:r>
    </w:p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 w:val="0"/>
          <w:color w:val="595959"/>
          <w:sz w:val="20"/>
        </w:rPr>
        <w:t>Как пользоваться: попроси ИИ (ChatGPT, DeepSeek, ЯндексGPT) выполнить промпт, скопируй формулу из ответа и вставь в Word обычной вставкой Ctrl+V.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